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[Tu nombre y apellido]</w:t>
      </w:r>
    </w:p>
    <w:p>
      <w:r>
        <w:rPr>
          <w:b/>
          <w:color w:val="5B21B6"/>
          <w:sz w:val="24"/>
        </w:rPr>
        <w:t>[Tu puesto, ej: Administrativo contable]</w:t>
      </w:r>
    </w:p>
    <w:p>
      <w:r>
        <w:rPr>
          <w:color w:val="555555"/>
          <w:sz w:val="19"/>
        </w:rPr>
        <w:t>[Tu ciudad]  ·  [tu mail]  ·  [tu teléfono]  ·  [tu LinkedIn, si tenés]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PERFIL</w:t>
      </w:r>
    </w:p>
    <w:p>
      <w:r>
        <w:t>[3 líneas con tus años de experiencia en lo que buscás, 2 cosas que hacés muy bien y un logro con número. Ej: Administrativo con experiencia en facturación y cobranzas. Reduje la deuda de clientes a la mitad en 2025.]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EXPERIENCIA</w:t>
      </w:r>
    </w:p>
    <w:p>
      <w:pPr>
        <w:tabs>
          <w:tab w:pos="9638" w:val="right"/>
        </w:tabs>
        <w:spacing w:before="80"/>
      </w:pPr>
      <w:r>
        <w:rPr>
          <w:b/>
        </w:rPr>
        <w:t>[Puesto] — [Empresa]</w:t>
      </w:r>
      <w:r>
        <w:rPr>
          <w:color w:val="666666"/>
        </w:rPr>
        <w:tab/>
        <w:t>[mes año – mes año]</w:t>
      </w:r>
    </w:p>
    <w:p>
      <w:pPr>
        <w:pStyle w:val="ListBullet"/>
        <w:spacing w:after="20"/>
      </w:pPr>
      <w:r>
        <w:t>[Logro con número: ej. Procesé 200 facturas por mes sin errores]</w:t>
      </w:r>
    </w:p>
    <w:p>
      <w:pPr>
        <w:pStyle w:val="ListBullet"/>
        <w:spacing w:after="20"/>
      </w:pPr>
      <w:r>
        <w:t>[Tarea clave con la palabra que usa el aviso]</w:t>
      </w:r>
    </w:p>
    <w:p>
      <w:pPr>
        <w:pStyle w:val="ListBullet"/>
        <w:spacing w:after="20"/>
      </w:pPr>
      <w:r>
        <w:t>[Herramienta que usabas: SAP, Tango, Excel, etc.]</w:t>
      </w:r>
    </w:p>
    <w:p>
      <w:pPr>
        <w:tabs>
          <w:tab w:pos="9638" w:val="right"/>
        </w:tabs>
        <w:spacing w:before="80"/>
      </w:pPr>
      <w:r>
        <w:rPr>
          <w:b/>
        </w:rPr>
        <w:t>[Puesto] — [Empresa]</w:t>
      </w:r>
      <w:r>
        <w:rPr>
          <w:color w:val="666666"/>
        </w:rPr>
        <w:tab/>
        <w:t>[mes año – mes año]</w:t>
      </w:r>
    </w:p>
    <w:p>
      <w:pPr>
        <w:pStyle w:val="ListBullet"/>
        <w:spacing w:after="20"/>
      </w:pPr>
      <w:r>
        <w:t>[Logro con número: ej. Procesé 200 facturas por mes sin errores]</w:t>
      </w:r>
    </w:p>
    <w:p>
      <w:pPr>
        <w:pStyle w:val="ListBullet"/>
        <w:spacing w:after="20"/>
      </w:pPr>
      <w:r>
        <w:t>[Tarea clave con la palabra que usa el aviso]</w:t>
      </w:r>
    </w:p>
    <w:p>
      <w:pPr>
        <w:pStyle w:val="ListBullet"/>
        <w:spacing w:after="20"/>
      </w:pPr>
      <w:r>
        <w:t>[Herramienta que usabas: SAP, Tango, Excel, etc.]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ESTUDIOS</w:t>
      </w:r>
    </w:p>
    <w:p>
      <w:pPr>
        <w:pStyle w:val="ListBullet"/>
        <w:spacing w:after="20"/>
      </w:pPr>
      <w:r>
        <w:t>[Título] — [Institución] — [estado o año]</w:t>
      </w:r>
    </w:p>
    <w:p>
      <w:pPr>
        <w:pStyle w:val="ListBullet"/>
        <w:spacing w:after="20"/>
      </w:pPr>
      <w:r>
        <w:t>[Cursos relevantes]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HABILIDADES</w:t>
      </w:r>
    </w:p>
    <w:p>
      <w:r>
        <w:t>[Habilidad del aviso 1]  ·  [Habilidad 2]  ·  [Herramienta 1]  ·  [Herramienta 2]  ·  [Idioma y nivel]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