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[Tu nombre y apellido]</w:t>
      </w:r>
    </w:p>
    <w:p>
      <w:pPr>
        <w:jc w:val="center"/>
      </w:pPr>
      <w:r>
        <w:rPr>
          <w:b/>
          <w:color w:val="5B21B6"/>
          <w:sz w:val="24"/>
        </w:rPr>
        <w:t>[Puesto que buscás]</w:t>
      </w:r>
    </w:p>
    <w:p>
      <w:pPr>
        <w:jc w:val="center"/>
      </w:pPr>
      <w:r>
        <w:rPr>
          <w:color w:val="555555"/>
          <w:sz w:val="19"/>
        </w:rPr>
        <w:t>[Tu ciudad]  ·  [tu mail]  ·  [tu teléfono]  ·  [tu LinkedIn, si tenés]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PERFIL</w:t>
      </w:r>
    </w:p>
    <w:p>
      <w:r>
        <w:t>[3 líneas: qué problemas resolvés y para qué puesto. Sin fecha de nacimiento, ni foto, ni años de egreso.]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LO QUE SÉ HACER (CON EJEMPLOS)</w:t>
      </w:r>
    </w:p>
    <w:p>
      <w:r>
        <w:rPr>
          <w:b/>
        </w:rPr>
        <w:t>[Habilidad 1, ej: Atención al cliente]</w:t>
      </w:r>
    </w:p>
    <w:p>
      <w:pPr>
        <w:pStyle w:val="ListBullet"/>
        <w:spacing w:after="20"/>
      </w:pPr>
      <w:r>
        <w:t>[Ejemplo concreto con resultado: ej. Resolví reclamos de 50 clientes por semana]</w:t>
      </w:r>
    </w:p>
    <w:p>
      <w:r>
        <w:rPr>
          <w:b/>
        </w:rPr>
        <w:t>[Habilidad 2, ej: Organización y stock]</w:t>
      </w:r>
    </w:p>
    <w:p>
      <w:pPr>
        <w:pStyle w:val="ListBullet"/>
        <w:spacing w:after="20"/>
      </w:pPr>
      <w:r>
        <w:t>[Ejemplo concreto con resultado: ej. Resolví reclamos de 50 clientes por semana]</w:t>
      </w:r>
    </w:p>
    <w:p>
      <w:r>
        <w:rPr>
          <w:b/>
        </w:rPr>
        <w:t>[Habilidad 3, ej: Herramientas digitales]</w:t>
      </w:r>
    </w:p>
    <w:p>
      <w:pPr>
        <w:pStyle w:val="ListBullet"/>
        <w:spacing w:after="20"/>
      </w:pPr>
      <w:r>
        <w:t>[Ejemplo concreto con resultado: ej. Resolví reclamos de 50 clientes por semana]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EXPERIENCIA RECIENTE (ÚLTIMOS 10-15 AÑOS)</w:t>
      </w:r>
    </w:p>
    <w:p>
      <w:pPr>
        <w:tabs>
          <w:tab w:pos="9638" w:val="right"/>
        </w:tabs>
        <w:spacing w:before="80"/>
      </w:pPr>
      <w:r>
        <w:rPr>
          <w:b/>
        </w:rPr>
        <w:t>[Puesto] — [Empresa]</w:t>
      </w:r>
      <w:r>
        <w:rPr>
          <w:color w:val="666666"/>
        </w:rPr>
        <w:tab/>
        <w:t>[años, opcional]</w:t>
      </w:r>
    </w:p>
    <w:p>
      <w:pPr>
        <w:pStyle w:val="ListBullet"/>
        <w:spacing w:after="20"/>
      </w:pPr>
      <w:r>
        <w:t>[Logro o tarea clave]</w:t>
      </w:r>
    </w:p>
    <w:p>
      <w:pPr>
        <w:tabs>
          <w:tab w:pos="9638" w:val="right"/>
        </w:tabs>
        <w:spacing w:before="80"/>
      </w:pPr>
      <w:r>
        <w:rPr>
          <w:b/>
        </w:rPr>
        <w:t>[Puesto] — [Empresa]</w:t>
      </w:r>
      <w:r>
        <w:rPr>
          <w:color w:val="666666"/>
        </w:rPr>
        <w:tab/>
        <w:t>[años, opcional]</w:t>
      </w:r>
    </w:p>
    <w:p>
      <w:pPr>
        <w:pStyle w:val="ListBullet"/>
        <w:spacing w:after="20"/>
      </w:pPr>
      <w:r>
        <w:t>[Logro o tarea clave]</w:t>
      </w:r>
    </w:p>
    <w:p>
      <w:r>
        <w:rPr>
          <w:i/>
        </w:rPr>
        <w:t>Experiencia previa en [rubro] y [rubro].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FORMACIÓN Y ACTUALIZACIÓN</w:t>
      </w:r>
    </w:p>
    <w:p>
      <w:pPr>
        <w:pStyle w:val="ListBullet"/>
        <w:spacing w:after="20"/>
      </w:pPr>
      <w:r>
        <w:t>[Título o estudios, sin año]</w:t>
      </w:r>
    </w:p>
    <w:p>
      <w:pPr>
        <w:pStyle w:val="ListBullet"/>
        <w:spacing w:after="20"/>
      </w:pPr>
      <w:r>
        <w:t>[Curso reciente: muestra que estás al día]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