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</w:rPr>
        <w:t>[Tu nombre y apellido]</w:t>
      </w:r>
    </w:p>
    <w:p>
      <w:r>
        <w:rPr>
          <w:b/>
          <w:color w:val="5B21B6"/>
          <w:sz w:val="24"/>
        </w:rPr>
        <w:t>[Puesto que buscás, ej: Atención al cliente y ventas]</w:t>
      </w:r>
    </w:p>
    <w:p>
      <w:r>
        <w:rPr>
          <w:color w:val="555555"/>
          <w:sz w:val="19"/>
        </w:rPr>
        <w:t>[Tu ciudad]  ·  [tu mail]  ·  [tu teléfono]  ·  [tu LinkedIn, si tenés]</w:t>
      </w:r>
    </w:p>
    <w:p>
      <w:pPr>
        <w:spacing w:before="200" w:after="60"/>
        <w:pBdr>
          <w:bottom w:val="single" w:sz="6" w:space="1" w:color="5B21B6"/>
        </w:pBdr>
      </w:pPr>
      <w:r>
        <w:rPr>
          <w:b/>
          <w:color w:val="5B21B6"/>
          <w:sz w:val="21"/>
        </w:rPr>
        <w:t>PERFIL</w:t>
      </w:r>
    </w:p>
    <w:p>
      <w:r>
        <w:t>[2 o 3 líneas: qué sabés hacer y qué buscás. Ej: Secundario completo, con experiencia atendiendo clientes y cobrando en el comercio de mi familia. Busco mi primer empleo en atención al público.]</w:t>
      </w:r>
    </w:p>
    <w:p>
      <w:pPr>
        <w:spacing w:before="200" w:after="60"/>
        <w:pBdr>
          <w:bottom w:val="single" w:sz="6" w:space="1" w:color="5B21B6"/>
        </w:pBdr>
      </w:pPr>
      <w:r>
        <w:rPr>
          <w:b/>
          <w:color w:val="5B21B6"/>
          <w:sz w:val="21"/>
        </w:rPr>
        <w:t>EXPERIENCIA (TAMBIÉN VALE LA INFORMAL)</w:t>
      </w:r>
    </w:p>
    <w:p>
      <w:pPr>
        <w:tabs>
          <w:tab w:pos="9638" w:val="right"/>
        </w:tabs>
        <w:spacing w:before="80"/>
      </w:pPr>
      <w:r>
        <w:rPr>
          <w:b/>
        </w:rPr>
        <w:t>[Qué hacías, ej: Atención y cobro] — [Dónde, ej: Comercio familiar]</w:t>
      </w:r>
      <w:r>
        <w:rPr>
          <w:color w:val="666666"/>
        </w:rPr>
        <w:tab/>
        <w:t>[año – año]</w:t>
      </w:r>
    </w:p>
    <w:p>
      <w:pPr>
        <w:pStyle w:val="ListBullet"/>
        <w:spacing w:after="20"/>
      </w:pPr>
      <w:r>
        <w:t>[Tarea concreta, ej: Atendía a 30 clientes por día y cobraba en efectivo y Mercado Pago]</w:t>
      </w:r>
    </w:p>
    <w:p>
      <w:pPr>
        <w:pStyle w:val="ListBullet"/>
        <w:spacing w:after="20"/>
      </w:pPr>
      <w:r>
        <w:t>[Otra tarea, ej: Ordenaba la mercadería y avisaba lo que faltaba]</w:t>
      </w:r>
    </w:p>
    <w:p>
      <w:pPr>
        <w:tabs>
          <w:tab w:pos="9638" w:val="right"/>
        </w:tabs>
        <w:spacing w:before="80"/>
      </w:pPr>
      <w:r>
        <w:rPr>
          <w:b/>
        </w:rPr>
        <w:t>[Ej: Venta por redes] — [Emprendimiento propio]</w:t>
      </w:r>
      <w:r>
        <w:rPr>
          <w:color w:val="666666"/>
        </w:rPr>
        <w:tab/>
        <w:t>[año – año]</w:t>
      </w:r>
    </w:p>
    <w:p>
      <w:pPr>
        <w:pStyle w:val="ListBullet"/>
        <w:spacing w:after="20"/>
      </w:pPr>
      <w:r>
        <w:t>[Ej: Vendí ropa usada por Instagram: respondía consultas, coordinaba entregas]</w:t>
      </w:r>
    </w:p>
    <w:p>
      <w:pPr>
        <w:spacing w:before="200" w:after="60"/>
        <w:pBdr>
          <w:bottom w:val="single" w:sz="6" w:space="1" w:color="5B21B6"/>
        </w:pBdr>
      </w:pPr>
      <w:r>
        <w:rPr>
          <w:b/>
          <w:color w:val="5B21B6"/>
          <w:sz w:val="21"/>
        </w:rPr>
        <w:t>ESTUDIOS</w:t>
      </w:r>
    </w:p>
    <w:p>
      <w:pPr>
        <w:pStyle w:val="ListBullet"/>
        <w:spacing w:after="20"/>
      </w:pPr>
      <w:r>
        <w:t>[Secundario completo / en curso] — [Escuela] — [año, opcional]</w:t>
      </w:r>
    </w:p>
    <w:p>
      <w:pPr>
        <w:pStyle w:val="ListBullet"/>
        <w:spacing w:after="20"/>
      </w:pPr>
      <w:r>
        <w:t>[Curso, ej: Excel básico — GCFGlobal (gratis)]</w:t>
      </w:r>
    </w:p>
    <w:p>
      <w:pPr>
        <w:spacing w:before="200" w:after="60"/>
        <w:pBdr>
          <w:bottom w:val="single" w:sz="6" w:space="1" w:color="5B21B6"/>
        </w:pBdr>
      </w:pPr>
      <w:r>
        <w:rPr>
          <w:b/>
          <w:color w:val="5B21B6"/>
          <w:sz w:val="21"/>
        </w:rPr>
        <w:t>HABILIDADES</w:t>
      </w:r>
    </w:p>
    <w:p>
      <w:r>
        <w:t>[Atención al cliente]  ·  [Manejo de caja]  ·  [Excel / Google Sheets]  ·  [Trabajo en equipo]  ·  [Puntualidad]</w:t>
      </w:r>
    </w:p>
    <w:p>
      <w:pPr>
        <w:spacing w:before="200" w:after="60"/>
        <w:pBdr>
          <w:bottom w:val="single" w:sz="6" w:space="1" w:color="5B21B6"/>
        </w:pBdr>
      </w:pPr>
      <w:r>
        <w:rPr>
          <w:b/>
          <w:color w:val="5B21B6"/>
          <w:sz w:val="21"/>
        </w:rPr>
        <w:t>OTROS</w:t>
      </w:r>
    </w:p>
    <w:p>
      <w:pPr>
        <w:pStyle w:val="ListBullet"/>
        <w:spacing w:after="20"/>
      </w:pPr>
      <w:r>
        <w:t>[Idiomas: inglés básico]</w:t>
      </w:r>
    </w:p>
    <w:p>
      <w:pPr>
        <w:pStyle w:val="ListBullet"/>
        <w:spacing w:after="20"/>
      </w:pPr>
      <w:r>
        <w:t>[Voluntariado, deportes en equipo, licencia de conducir, disponibilidad horaria]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