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0"/>
        </w:rPr>
        <w:t>NOMBRE APELLIDO</w:t>
      </w:r>
    </w:p>
    <w:p>
      <w:r>
        <w:rPr>
          <w:i/>
          <w:sz w:val="26"/>
        </w:rPr>
        <w:t>Título profesional / rol al que aplicás (ej: Analista de Marketing)</w:t>
      </w:r>
    </w:p>
    <w:p>
      <w:r>
        <w:rPr>
          <w:sz w:val="20"/>
        </w:rPr>
        <w:t>Ciudad, País  |  tu.email@ejemplo.com  |  +54 9 11 0000-0000  |  linkedin.com/in/tu-usuario</w:t>
      </w:r>
    </w:p>
    <w:p/>
    <w:p>
      <w:pPr>
        <w:pBdr>
          <w:bottom w:val="single" w:sz="6" w:space="1" w:color="999999"/>
        </w:pBdr>
      </w:pPr>
      <w:r>
        <w:rPr>
          <w:b/>
          <w:sz w:val="24"/>
        </w:rPr>
        <w:t>PERFIL PROFESIONAL</w:t>
      </w:r>
    </w:p>
    <w:p>
      <w:r>
        <w:t>2-3 líneas resumiendo tu experiencia, tus principales fortalezas y qué tipo de rol buscás. Escribilo en texto plano (sin tablas ni columnas) para que los sistemas ATS lo lean correctamente.</w:t>
      </w:r>
    </w:p>
    <w:p>
      <w:pPr>
        <w:pBdr>
          <w:bottom w:val="single" w:sz="6" w:space="1" w:color="999999"/>
        </w:pBdr>
      </w:pPr>
      <w:r>
        <w:rPr>
          <w:b/>
          <w:sz w:val="24"/>
        </w:rPr>
        <w:t>EXPERIENCIA LABORAL</w:t>
      </w:r>
    </w:p>
    <w:p>
      <w:r>
        <w:rPr>
          <w:b/>
        </w:rPr>
        <w:t>Puesto — Empresa</w:t>
      </w:r>
      <w:r>
        <w:t xml:space="preserve">   (Mes/Año – Mes/Año o 'Actualidad')</w:t>
      </w:r>
    </w:p>
    <w:p>
      <w:pPr>
        <w:pStyle w:val="ListBullet"/>
      </w:pPr>
      <w:r>
        <w:t>Logro o responsabilidad concreta, con un número o resultado si es posible.</w:t>
      </w:r>
    </w:p>
    <w:p>
      <w:pPr>
        <w:pStyle w:val="ListBullet"/>
      </w:pPr>
      <w:r>
        <w:t>Otra responsabilidad o logro relevante para el puesto al que aplicás.</w:t>
      </w:r>
    </w:p>
    <w:p>
      <w:pPr>
        <w:pStyle w:val="ListBullet"/>
      </w:pPr>
      <w:r>
        <w:t>Herramientas o tecnologías que usaste en este rol.</w:t>
      </w:r>
    </w:p>
    <w:p/>
    <w:p>
      <w:r>
        <w:rPr>
          <w:b/>
        </w:rPr>
        <w:t>Puesto anterior — Empresa</w:t>
      </w:r>
      <w:r>
        <w:t xml:space="preserve">   (Mes/Año – Mes/Año)</w:t>
      </w:r>
    </w:p>
    <w:p>
      <w:pPr>
        <w:pStyle w:val="ListBullet"/>
      </w:pPr>
      <w:r>
        <w:t>Logro o responsabilidad concreta.</w:t>
      </w:r>
    </w:p>
    <w:p>
      <w:pPr>
        <w:pStyle w:val="ListBullet"/>
      </w:pPr>
      <w:r>
        <w:t>Otro logro o responsabilidad.</w:t>
      </w:r>
    </w:p>
    <w:p>
      <w:pPr>
        <w:pBdr>
          <w:bottom w:val="single" w:sz="6" w:space="1" w:color="999999"/>
        </w:pBdr>
      </w:pPr>
      <w:r>
        <w:rPr>
          <w:b/>
          <w:sz w:val="24"/>
        </w:rPr>
        <w:t>FORMACIÓN ACADÉMICA</w:t>
      </w:r>
    </w:p>
    <w:p>
      <w:r>
        <w:rPr>
          <w:b/>
        </w:rPr>
        <w:t>Título — Institución</w:t>
      </w:r>
      <w:r>
        <w:t xml:space="preserve">   (Año de egreso)</w:t>
      </w:r>
    </w:p>
    <w:p>
      <w:pPr>
        <w:pBdr>
          <w:bottom w:val="single" w:sz="6" w:space="1" w:color="999999"/>
        </w:pBdr>
      </w:pPr>
      <w:r>
        <w:rPr>
          <w:b/>
          <w:sz w:val="24"/>
        </w:rPr>
        <w:t>HABILIDADES</w:t>
      </w:r>
    </w:p>
    <w:p>
      <w:r>
        <w:t>Listá tus habilidades separadas por coma — igual que las escribís en el formulario de este sitio, así el sistema las detecta automáticamente: Excel, atención al cliente, ventas, [agregá las tuyas]...</w:t>
      </w:r>
    </w:p>
    <w:p>
      <w:pPr>
        <w:pBdr>
          <w:bottom w:val="single" w:sz="6" w:space="1" w:color="999999"/>
        </w:pBdr>
      </w:pPr>
      <w:r>
        <w:rPr>
          <w:b/>
          <w:sz w:val="24"/>
        </w:rPr>
        <w:t>IDIOMAS</w:t>
      </w:r>
    </w:p>
    <w:p>
      <w:r>
        <w:t>Español — Nativo   |   Inglés — Intermedio/Avanzado (ajustá según tu nivel)</w:t>
      </w:r>
    </w:p>
    <w:p>
      <w:r>
        <w:rPr>
          <w:i/>
          <w:sz w:val="18"/>
        </w:rPr>
        <w:t>Consejo ATS: no uses tablas, columnas, cuadros de texto ni imágenes — muchos sistemas de selección no pueden leerlos y tu CV queda descartado sin que un humano lo vea. Usá encabezados simples como los de esta plantilla.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