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NOMBRE APELLIDO</w:t>
      </w:r>
    </w:p>
    <w:p>
      <w:r>
        <w:rPr>
          <w:i/>
          <w:sz w:val="26"/>
        </w:rPr>
        <w:t>Gerente / Director de [Área] — 10+ años de experiencia</w:t>
      </w:r>
    </w:p>
    <w:p>
      <w:r>
        <w:rPr>
          <w:sz w:val="20"/>
        </w:rPr>
        <w:t>Ciudad, País  |  tu.email@ejemplo.com  |  +54 9 11 0000-0000  |  linkedin.com/in/tu-usuario</w:t>
      </w:r>
    </w:p>
    <w:p/>
    <w:p>
      <w:pPr>
        <w:pBdr>
          <w:bottom w:val="single" w:sz="6" w:space="1" w:color="999999"/>
        </w:pBdr>
      </w:pPr>
      <w:r>
        <w:rPr>
          <w:b/>
          <w:sz w:val="24"/>
        </w:rPr>
        <w:t>RESUMEN EJECUTIVO</w:t>
      </w:r>
    </w:p>
    <w:p>
      <w:r>
        <w:t>3-4 líneas destacando años de experiencia liderando equipos/áreas, el tamaño de los equipos o presupuestos que manejaste, y 1-2 logros estratégicos que muestren impacto de negocio (no solo tareas).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EXPERIENCIA PROFESIONAL</w:t>
      </w:r>
    </w:p>
    <w:p>
      <w:r>
        <w:rPr>
          <w:b/>
        </w:rPr>
        <w:t>Gerente de [Área] — Empresa</w:t>
      </w:r>
      <w:r>
        <w:t xml:space="preserve">   (Mes/Año – Actualidad)</w:t>
      </w:r>
    </w:p>
    <w:p>
      <w:pPr>
        <w:pStyle w:val="ListBullet"/>
      </w:pPr>
      <w:r>
        <w:t>Lideré un equipo de X personas / un presupuesto de X.</w:t>
      </w:r>
    </w:p>
    <w:p>
      <w:pPr>
        <w:pStyle w:val="ListBullet"/>
      </w:pPr>
      <w:r>
        <w:t>Resultado de negocio medible: aumenté/reduje/optimicé [métrica] en X%.</w:t>
      </w:r>
    </w:p>
    <w:p>
      <w:pPr>
        <w:pStyle w:val="ListBullet"/>
      </w:pPr>
      <w:r>
        <w:t>Proyecto estratégico que impulsaste y su resultado.</w:t>
      </w:r>
    </w:p>
    <w:p/>
    <w:p>
      <w:r>
        <w:rPr>
          <w:b/>
        </w:rPr>
        <w:t>Jefe / Coordinador de [Área] — Empresa anterior</w:t>
      </w:r>
      <w:r>
        <w:t xml:space="preserve">   (Mes/Año – Mes/Año)</w:t>
      </w:r>
    </w:p>
    <w:p>
      <w:pPr>
        <w:pStyle w:val="ListBullet"/>
      </w:pPr>
      <w:r>
        <w:t>Logro cuantificable.</w:t>
      </w:r>
    </w:p>
    <w:p>
      <w:pPr>
        <w:pStyle w:val="ListBullet"/>
      </w:pPr>
      <w:r>
        <w:t>Logro cuantificable.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FORMACIÓN Y CERTIFICACIONES</w:t>
      </w:r>
    </w:p>
    <w:p>
      <w:r>
        <w:rPr>
          <w:b/>
        </w:rPr>
        <w:t>Título de grado / posgrado — Institución</w:t>
      </w:r>
    </w:p>
    <w:p>
      <w:pPr>
        <w:pStyle w:val="ListBullet"/>
      </w:pPr>
      <w:r>
        <w:t>Certificaciones relevantes (ej: PMP, Scrum Master, MBA, liderazgo, etc.)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HABILIDADES DE LIDERAZGO Y TÉCNICAS</w:t>
      </w:r>
    </w:p>
    <w:p>
      <w:r>
        <w:t>Gestión de equipos, planificación estratégica, negociación, [sumá las herramientas y competencias específicas de tu área]...</w:t>
      </w:r>
    </w:p>
    <w:p>
      <w:pPr>
        <w:pBdr>
          <w:bottom w:val="single" w:sz="6" w:space="1" w:color="999999"/>
        </w:pBdr>
      </w:pPr>
      <w:r>
        <w:rPr>
          <w:b/>
          <w:sz w:val="24"/>
        </w:rPr>
        <w:t>IDIOMAS</w:t>
      </w:r>
    </w:p>
    <w:p>
      <w:r>
        <w:t>Español — Nativo   |   Inglés — Avanzado/Fluido (ajustá según tu nivel)</w:t>
      </w:r>
    </w:p>
    <w:p>
      <w:r>
        <w:rPr>
          <w:i/>
          <w:sz w:val="18"/>
        </w:rPr>
        <w:t>Consejo: en perfiles senior, los sistemas ATS y los reclutadores buscan números concretos (equipos liderados, presupuestos, % de crecimiento). Evitá tablas o diseños complejos — priorizá el contenido medible.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