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0"/>
        </w:rPr>
        <w:t>NOMBRE APELLIDO</w:t>
      </w:r>
    </w:p>
    <w:p>
      <w:r>
        <w:rPr>
          <w:i/>
          <w:sz w:val="26"/>
        </w:rPr>
        <w:t>Estudiante / Recién egresado de [Carrera] — buscando primera oportunidad</w:t>
      </w:r>
    </w:p>
    <w:p>
      <w:r>
        <w:rPr>
          <w:sz w:val="20"/>
        </w:rPr>
        <w:t>Ciudad, País  |  tu.email@ejemplo.com  |  +54 9 11 0000-0000  |  linkedin.com/in/tu-usuario</w:t>
      </w:r>
    </w:p>
    <w:p/>
    <w:p>
      <w:pPr>
        <w:pBdr>
          <w:bottom w:val="single" w:sz="6" w:space="1" w:color="999999"/>
        </w:pBdr>
      </w:pPr>
      <w:r>
        <w:rPr>
          <w:b/>
          <w:sz w:val="24"/>
        </w:rPr>
        <w:t>PERFIL</w:t>
      </w:r>
    </w:p>
    <w:p>
      <w:r>
        <w:t>2-3 líneas: qué estudiás o estudiaste, qué tipo de rol buscás y tus principales fortalezas (proactividad, ganas de aprender, herramientas que ya manejás).</w:t>
      </w:r>
    </w:p>
    <w:p>
      <w:pPr>
        <w:pBdr>
          <w:bottom w:val="single" w:sz="6" w:space="1" w:color="999999"/>
        </w:pBdr>
      </w:pPr>
      <w:r>
        <w:rPr>
          <w:b/>
          <w:sz w:val="24"/>
        </w:rPr>
        <w:t>FORMACIÓN ACADÉMICA</w:t>
      </w:r>
    </w:p>
    <w:p>
      <w:r>
        <w:rPr>
          <w:b/>
        </w:rPr>
        <w:t>Carrera — Institución</w:t>
      </w:r>
      <w:r>
        <w:t xml:space="preserve">   (En curso / Año de egreso)</w:t>
      </w:r>
    </w:p>
    <w:p>
      <w:pPr>
        <w:pStyle w:val="ListBullet"/>
      </w:pPr>
      <w:r>
        <w:t>Promedio o materias destacadas, si suma a tu perfil.</w:t>
      </w:r>
    </w:p>
    <w:p>
      <w:pPr>
        <w:pBdr>
          <w:bottom w:val="single" w:sz="6" w:space="1" w:color="999999"/>
        </w:pBdr>
      </w:pPr>
      <w:r>
        <w:rPr>
          <w:b/>
          <w:sz w:val="24"/>
        </w:rPr>
        <w:t>EXPERIENCIA (LABORAL, PRÁCTICAS O VOLUNTARIADO)</w:t>
      </w:r>
    </w:p>
    <w:p>
      <w:r>
        <w:rPr>
          <w:b/>
        </w:rPr>
        <w:t>Rol — Empresa / Organización / Proyecto</w:t>
      </w:r>
      <w:r>
        <w:t xml:space="preserve">   (Mes/Año – Mes/Año)</w:t>
      </w:r>
    </w:p>
    <w:p>
      <w:pPr>
        <w:pStyle w:val="ListBullet"/>
      </w:pPr>
      <w:r>
        <w:t>Qué hiciste concretamente, aunque haya sido una pasantía, un proyecto de la facultad o un trabajo part-time.</w:t>
      </w:r>
    </w:p>
    <w:p>
      <w:pPr>
        <w:pStyle w:val="ListBullet"/>
      </w:pPr>
      <w:r>
        <w:t>Otra tarea o logro, aunque parezca chico — a los reclutadores les interesa ver iniciativa.</w:t>
      </w:r>
    </w:p>
    <w:p>
      <w:r>
        <w:rPr>
          <w:i/>
          <w:sz w:val="18"/>
        </w:rPr>
        <w:t>Si no tenés experiencia laboral todavía, este bloque puede ser 'Proyectos académicos' o 'Voluntariado'.</w:t>
      </w:r>
    </w:p>
    <w:p>
      <w:pPr>
        <w:pBdr>
          <w:bottom w:val="single" w:sz="6" w:space="1" w:color="999999"/>
        </w:pBdr>
      </w:pPr>
      <w:r>
        <w:rPr>
          <w:b/>
          <w:sz w:val="24"/>
        </w:rPr>
        <w:t>HABILIDADES</w:t>
      </w:r>
    </w:p>
    <w:p>
      <w:r>
        <w:t>Listá herramientas y habilidades separadas por coma: Excel, [software que manejás], trabajo en equipo, [agregá las tuyas]...</w:t>
      </w:r>
    </w:p>
    <w:p>
      <w:pPr>
        <w:pBdr>
          <w:bottom w:val="single" w:sz="6" w:space="1" w:color="999999"/>
        </w:pBdr>
      </w:pPr>
      <w:r>
        <w:rPr>
          <w:b/>
          <w:sz w:val="24"/>
        </w:rPr>
        <w:t>IDIOMAS</w:t>
      </w:r>
    </w:p>
    <w:p>
      <w:r>
        <w:t>Español — Nativo   |   Inglés — [tu nivel] (ajustá según corresponda)</w:t>
      </w:r>
    </w:p>
    <w:p>
      <w:r>
        <w:rPr>
          <w:i/>
          <w:sz w:val="18"/>
        </w:rPr>
        <w:t>Consejo: no hace falta "inventar" experiencia — los reclutadores valoran ver potencial, ganas de aprender y proyectos reales (aunque sean de la facultad). Un CV corto y claro es mejor que uno largo y vacío.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